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056380" w14:textId="77777777" w:rsidR="003335A9" w:rsidRDefault="00431499">
      <w:pPr>
        <w:pStyle w:val="Nagwek1"/>
      </w:pPr>
      <w:r>
        <w:t>Karta oceny formalnej</w:t>
      </w:r>
    </w:p>
    <w:p w14:paraId="3DC71AEA" w14:textId="1176B09B" w:rsidR="007B27DA" w:rsidRDefault="00431499">
      <w:r>
        <w:br/>
        <w:t>KARTA OCENY FORMALNEJ WNIOSKU</w:t>
      </w:r>
      <w:r>
        <w:br/>
        <w:t>Program: Minigranty Wolontariatu Rodzinnego ZDR3Plus 2025</w:t>
      </w:r>
      <w:r>
        <w:br/>
      </w:r>
      <w:r>
        <w:br/>
        <w:t>Nazwa wniosku: _____________________________________________</w:t>
      </w:r>
      <w:r>
        <w:br/>
        <w:t>Wnioskodawca: ______________________________________________</w:t>
      </w:r>
      <w:r>
        <w:br/>
      </w:r>
      <w:r>
        <w:br/>
        <w:t>Kryteria formalne (TAK/NIE):</w:t>
      </w:r>
      <w:r>
        <w:br/>
        <w:t>1. Wniosek złożono w terminie: ☐ TAK ☐ NIE</w:t>
      </w:r>
      <w:r>
        <w:br/>
        <w:t>2. Formularz wypełniono kompletnie: ☐ TAK ☐ NIE</w:t>
      </w:r>
      <w:r>
        <w:br/>
        <w:t>3. Budżet nie przekracza 1</w:t>
      </w:r>
      <w:r w:rsidR="00141216">
        <w:t>5</w:t>
      </w:r>
      <w:r>
        <w:t>00 zł: ☐ TAK ☐ NIE</w:t>
      </w:r>
      <w:r>
        <w:br/>
        <w:t>4. Projekt realizowany na terenie Wielkopolski: ☐ TAK ☐ NIE</w:t>
      </w:r>
      <w:r>
        <w:br/>
        <w:t>5. Wniosek podpisany przez uprawnioną osobę: ☐ TAK ☐ NIE</w:t>
      </w:r>
      <w:r>
        <w:br/>
      </w:r>
      <w:r>
        <w:br/>
        <w:t>Wynik oceny formalnej: ☐ DOPUSZCZONY ☐ ODRZUCONY</w:t>
      </w:r>
      <w:r>
        <w:br/>
      </w:r>
      <w:r>
        <w:br/>
        <w:t>Podpis osoby oceniającej: __________________________</w:t>
      </w:r>
      <w:r>
        <w:br/>
        <w:t>Data: __________________________</w:t>
      </w:r>
      <w:r>
        <w:br/>
      </w:r>
    </w:p>
    <w:p w14:paraId="3251E3D8" w14:textId="77777777" w:rsidR="007B27DA" w:rsidRPr="007B27DA" w:rsidRDefault="007B27DA" w:rsidP="007B27DA"/>
    <w:p w14:paraId="03034F08" w14:textId="77777777" w:rsidR="007B27DA" w:rsidRPr="007B27DA" w:rsidRDefault="007B27DA" w:rsidP="007B27DA"/>
    <w:p w14:paraId="4109C153" w14:textId="77777777" w:rsidR="007B27DA" w:rsidRPr="007B27DA" w:rsidRDefault="007B27DA" w:rsidP="007B27DA"/>
    <w:p w14:paraId="786F03A8" w14:textId="77777777" w:rsidR="007B27DA" w:rsidRPr="007B27DA" w:rsidRDefault="007B27DA" w:rsidP="007B27DA"/>
    <w:p w14:paraId="62C371D2" w14:textId="77777777" w:rsidR="007B27DA" w:rsidRPr="007B27DA" w:rsidRDefault="007B27DA" w:rsidP="007B27DA"/>
    <w:p w14:paraId="3876AA44" w14:textId="77777777" w:rsidR="007B27DA" w:rsidRPr="007B27DA" w:rsidRDefault="007B27DA" w:rsidP="007B27DA"/>
    <w:p w14:paraId="23A70DCF" w14:textId="77777777" w:rsidR="007B27DA" w:rsidRPr="007B27DA" w:rsidRDefault="007B27DA" w:rsidP="007B27DA"/>
    <w:p w14:paraId="00E0A012" w14:textId="77777777" w:rsidR="007B27DA" w:rsidRPr="007B27DA" w:rsidRDefault="007B27DA" w:rsidP="007B27DA"/>
    <w:p w14:paraId="1EABE01D" w14:textId="77777777" w:rsidR="007B27DA" w:rsidRPr="007B27DA" w:rsidRDefault="007B27DA" w:rsidP="007B27DA"/>
    <w:p w14:paraId="11DADAF2" w14:textId="77777777" w:rsidR="007B27DA" w:rsidRPr="007B27DA" w:rsidRDefault="007B27DA" w:rsidP="007B27DA"/>
    <w:p w14:paraId="7F39C8C8" w14:textId="77777777" w:rsidR="007B27DA" w:rsidRPr="007B27DA" w:rsidRDefault="007B27DA" w:rsidP="007B27DA"/>
    <w:p w14:paraId="1161D625" w14:textId="66D88DC0" w:rsidR="003335A9" w:rsidRPr="007B27DA" w:rsidRDefault="007B27DA" w:rsidP="007B27DA">
      <w:pPr>
        <w:tabs>
          <w:tab w:val="left" w:pos="3300"/>
        </w:tabs>
      </w:pPr>
      <w:r>
        <w:tab/>
      </w:r>
    </w:p>
    <w:sectPr w:rsidR="003335A9" w:rsidRPr="007B27DA" w:rsidSect="0003461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6752EE" w14:textId="77777777" w:rsidR="00C311E5" w:rsidRDefault="00C311E5">
      <w:pPr>
        <w:spacing w:after="0" w:line="240" w:lineRule="auto"/>
      </w:pPr>
      <w:r>
        <w:separator/>
      </w:r>
    </w:p>
  </w:endnote>
  <w:endnote w:type="continuationSeparator" w:id="0">
    <w:p w14:paraId="67BCD1E7" w14:textId="77777777" w:rsidR="00C311E5" w:rsidRDefault="00C311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319F4A" w14:textId="77777777" w:rsidR="007B27DA" w:rsidRDefault="007B27D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D4F247" w14:textId="77777777" w:rsidR="008710A9" w:rsidRPr="008710A9" w:rsidRDefault="008710A9" w:rsidP="008710A9">
    <w:pPr>
      <w:pStyle w:val="Stopka"/>
      <w:rPr>
        <w:sz w:val="20"/>
        <w:szCs w:val="20"/>
        <w:lang w:val="pl-PL"/>
      </w:rPr>
    </w:pPr>
    <w:r w:rsidRPr="008710A9">
      <w:rPr>
        <w:sz w:val="20"/>
        <w:szCs w:val="20"/>
        <w:lang w:val="pl-PL"/>
      </w:rPr>
      <w:t>Projekt “Radość Dawania” sfinansowany przez Narodowy Instytut Wolności – Centrum Rozwoju Społeczeństwa Obywatelskiego ze środków programu „Korpus Solidarności – Rządowy Program Wspierania i Rozwoju Wolontariatu Systematycznego na lata 2028 – 2030".</w:t>
    </w:r>
  </w:p>
  <w:p w14:paraId="65CC80C0" w14:textId="7436706E" w:rsidR="003335A9" w:rsidRPr="008710A9" w:rsidRDefault="00431499">
    <w:pPr>
      <w:pStyle w:val="Stopka"/>
      <w:rPr>
        <w:sz w:val="20"/>
        <w:szCs w:val="20"/>
      </w:rPr>
    </w:pPr>
    <w:bookmarkStart w:id="0" w:name="_GoBack"/>
    <w:bookmarkEnd w:id="0"/>
    <w:r w:rsidRPr="008710A9">
      <w:rPr>
        <w:sz w:val="20"/>
        <w:szCs w:val="20"/>
      </w:rPr>
      <w:t xml:space="preserve"> </w:t>
    </w:r>
    <w:proofErr w:type="spellStart"/>
    <w:r w:rsidRPr="008710A9">
      <w:rPr>
        <w:sz w:val="20"/>
        <w:szCs w:val="20"/>
      </w:rPr>
      <w:t>Kontakt</w:t>
    </w:r>
    <w:proofErr w:type="spellEnd"/>
    <w:r w:rsidRPr="008710A9">
      <w:rPr>
        <w:sz w:val="20"/>
        <w:szCs w:val="20"/>
      </w:rPr>
      <w:t xml:space="preserve">: elzbieta.majka@3plus.pl | </w:t>
    </w:r>
    <w:proofErr w:type="spellStart"/>
    <w:r w:rsidRPr="008710A9">
      <w:rPr>
        <w:sz w:val="20"/>
        <w:szCs w:val="20"/>
      </w:rPr>
      <w:t>Związek</w:t>
    </w:r>
    <w:proofErr w:type="spellEnd"/>
    <w:r w:rsidRPr="008710A9">
      <w:rPr>
        <w:sz w:val="20"/>
        <w:szCs w:val="20"/>
      </w:rPr>
      <w:t xml:space="preserve"> </w:t>
    </w:r>
    <w:proofErr w:type="spellStart"/>
    <w:r w:rsidRPr="008710A9">
      <w:rPr>
        <w:sz w:val="20"/>
        <w:szCs w:val="20"/>
      </w:rPr>
      <w:t>Dużych</w:t>
    </w:r>
    <w:proofErr w:type="spellEnd"/>
    <w:r w:rsidRPr="008710A9">
      <w:rPr>
        <w:sz w:val="20"/>
        <w:szCs w:val="20"/>
      </w:rPr>
      <w:t xml:space="preserve"> </w:t>
    </w:r>
    <w:proofErr w:type="spellStart"/>
    <w:r w:rsidRPr="008710A9">
      <w:rPr>
        <w:sz w:val="20"/>
        <w:szCs w:val="20"/>
      </w:rPr>
      <w:t>Rodzin</w:t>
    </w:r>
    <w:proofErr w:type="spellEnd"/>
    <w:r w:rsidRPr="008710A9">
      <w:rPr>
        <w:sz w:val="20"/>
        <w:szCs w:val="20"/>
      </w:rPr>
      <w:t xml:space="preserve"> „</w:t>
    </w:r>
    <w:proofErr w:type="spellStart"/>
    <w:r w:rsidRPr="008710A9">
      <w:rPr>
        <w:sz w:val="20"/>
        <w:szCs w:val="20"/>
      </w:rPr>
      <w:t>Trzy</w:t>
    </w:r>
    <w:proofErr w:type="spellEnd"/>
    <w:r w:rsidRPr="008710A9">
      <w:rPr>
        <w:sz w:val="20"/>
        <w:szCs w:val="20"/>
      </w:rPr>
      <w:t xml:space="preserve"> Plus” </w:t>
    </w:r>
    <w:proofErr w:type="spellStart"/>
    <w:r w:rsidRPr="008710A9">
      <w:rPr>
        <w:sz w:val="20"/>
        <w:szCs w:val="20"/>
      </w:rPr>
      <w:t>Oddział</w:t>
    </w:r>
    <w:proofErr w:type="spellEnd"/>
    <w:r w:rsidRPr="008710A9">
      <w:rPr>
        <w:sz w:val="20"/>
        <w:szCs w:val="20"/>
      </w:rPr>
      <w:t xml:space="preserve"> Wielkopolski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957FDB" w14:textId="77777777" w:rsidR="007B27DA" w:rsidRDefault="007B27D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305C524" w14:textId="77777777" w:rsidR="00C311E5" w:rsidRDefault="00C311E5">
      <w:pPr>
        <w:spacing w:after="0" w:line="240" w:lineRule="auto"/>
      </w:pPr>
      <w:r>
        <w:separator/>
      </w:r>
    </w:p>
  </w:footnote>
  <w:footnote w:type="continuationSeparator" w:id="0">
    <w:p w14:paraId="60511AD2" w14:textId="77777777" w:rsidR="00C311E5" w:rsidRDefault="00C311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ADCB7C" w14:textId="77777777" w:rsidR="007B27DA" w:rsidRDefault="007B27DA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198CC8" w14:textId="0326D104" w:rsidR="003335A9" w:rsidRPr="008710A9" w:rsidRDefault="008710A9" w:rsidP="008710A9">
    <w:pPr>
      <w:pStyle w:val="Nagwek"/>
    </w:pPr>
    <w:r>
      <w:rPr>
        <w:noProof/>
        <w:lang w:val="pl-PL" w:eastAsia="pl-PL"/>
      </w:rPr>
      <w:drawing>
        <wp:inline distT="0" distB="0" distL="0" distR="0" wp14:anchorId="384E8B8A" wp14:editId="2F738528">
          <wp:extent cx="5915025" cy="490514"/>
          <wp:effectExtent l="0" t="0" r="0" b="5080"/>
          <wp:docPr id="623776283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11928" cy="498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94803B" w14:textId="77777777" w:rsidR="007B27DA" w:rsidRDefault="007B27D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41216"/>
    <w:rsid w:val="0015074B"/>
    <w:rsid w:val="0029639D"/>
    <w:rsid w:val="00326F90"/>
    <w:rsid w:val="003335A9"/>
    <w:rsid w:val="00431499"/>
    <w:rsid w:val="004C68BA"/>
    <w:rsid w:val="006F6BD7"/>
    <w:rsid w:val="007B27DA"/>
    <w:rsid w:val="008710A9"/>
    <w:rsid w:val="00AA1D8D"/>
    <w:rsid w:val="00B47730"/>
    <w:rsid w:val="00C311E5"/>
    <w:rsid w:val="00C97893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D2497C7"/>
  <w14:defaultImageDpi w14:val="300"/>
  <w15:docId w15:val="{7FB1209F-5201-423D-AD68-F1669FF96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81F768A-EDB0-4B2F-8A12-D9E2023133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574</Characters>
  <Application>Microsoft Office Word</Application>
  <DocSecurity>0</DocSecurity>
  <Lines>4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668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Ela</cp:lastModifiedBy>
  <cp:revision>2</cp:revision>
  <dcterms:created xsi:type="dcterms:W3CDTF">2025-11-05T10:36:00Z</dcterms:created>
  <dcterms:modified xsi:type="dcterms:W3CDTF">2025-11-05T10:36:00Z</dcterms:modified>
  <cp:category/>
</cp:coreProperties>
</file>